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D1E0" w14:textId="79DC17E0" w:rsidR="001D2051" w:rsidRPr="001D2051" w:rsidRDefault="001D2051" w:rsidP="001D2051">
      <w:pPr>
        <w:spacing w:beforeLines="100" w:before="240" w:line="0" w:lineRule="atLeast"/>
        <w:rPr>
          <w:b/>
          <w:sz w:val="22"/>
          <w:szCs w:val="20"/>
          <w:lang w:eastAsia="ja-JP"/>
        </w:rPr>
      </w:pPr>
      <w:r w:rsidRPr="001D2051">
        <w:rPr>
          <w:b/>
          <w:sz w:val="22"/>
          <w:szCs w:val="20"/>
          <w:lang w:eastAsia="ja-JP"/>
        </w:rPr>
        <w:t>様式第１号</w:t>
      </w:r>
    </w:p>
    <w:p w14:paraId="74428C94" w14:textId="25C6CA09" w:rsidR="005C7B5A" w:rsidRPr="001D2051" w:rsidRDefault="001F1ECF" w:rsidP="001D2051">
      <w:pPr>
        <w:spacing w:beforeLines="100" w:before="240" w:line="0" w:lineRule="atLeast"/>
        <w:jc w:val="center"/>
        <w:rPr>
          <w:lang w:eastAsia="ja-JP"/>
        </w:rPr>
      </w:pPr>
      <w:r w:rsidRPr="001D2051">
        <w:rPr>
          <w:b/>
          <w:sz w:val="26"/>
          <w:lang w:eastAsia="ja-JP"/>
        </w:rPr>
        <w:t>砥部町立</w:t>
      </w:r>
      <w:r w:rsidR="00113CEA">
        <w:rPr>
          <w:rFonts w:hint="eastAsia"/>
          <w:b/>
          <w:sz w:val="26"/>
          <w:lang w:eastAsia="ja-JP"/>
        </w:rPr>
        <w:t>小中</w:t>
      </w:r>
      <w:r w:rsidRPr="001D2051">
        <w:rPr>
          <w:b/>
          <w:sz w:val="26"/>
          <w:lang w:eastAsia="ja-JP"/>
        </w:rPr>
        <w:t>学校チラシ等配信・掲示・配布承認申請書</w:t>
      </w:r>
    </w:p>
    <w:p w14:paraId="45804BC4" w14:textId="5EF4CD9B" w:rsidR="0017086B" w:rsidRPr="00113CEA" w:rsidRDefault="001F1ECF" w:rsidP="0017086B">
      <w:pPr>
        <w:spacing w:beforeLines="100" w:before="240" w:line="0" w:lineRule="atLeast"/>
        <w:jc w:val="right"/>
        <w:rPr>
          <w:u w:val="single"/>
        </w:rPr>
      </w:pPr>
      <w:proofErr w:type="spellStart"/>
      <w:r w:rsidRPr="001D2051">
        <w:rPr>
          <w:b/>
        </w:rPr>
        <w:t>砥部町教育委員会</w:t>
      </w:r>
      <w:proofErr w:type="spellEnd"/>
      <w:r w:rsidR="008A0142" w:rsidRPr="001D2051">
        <w:rPr>
          <w:rFonts w:hint="eastAsia"/>
          <w:b/>
          <w:lang w:eastAsia="ja-JP"/>
        </w:rPr>
        <w:t xml:space="preserve">　教育長　　　　　　様</w:t>
      </w:r>
      <w:r w:rsidR="0017086B">
        <w:rPr>
          <w:rFonts w:hint="eastAsia"/>
          <w:b/>
          <w:lang w:eastAsia="ja-JP"/>
        </w:rPr>
        <w:t xml:space="preserve">　　　　　　　　　　　　　　</w:t>
      </w:r>
      <w:proofErr w:type="spellStart"/>
      <w:r w:rsidR="0017086B" w:rsidRPr="00113CEA">
        <w:rPr>
          <w:u w:val="single"/>
        </w:rPr>
        <w:t>令和</w:t>
      </w:r>
      <w:proofErr w:type="spellEnd"/>
      <w:r w:rsidR="0017086B" w:rsidRPr="00113CEA">
        <w:rPr>
          <w:u w:val="single"/>
        </w:rPr>
        <w:t xml:space="preserve">　　年　　月　　日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5C7B5A" w:rsidRPr="001D2051" w14:paraId="1425A75B" w14:textId="77777777">
        <w:trPr>
          <w:jc w:val="center"/>
        </w:trPr>
        <w:tc>
          <w:tcPr>
            <w:tcW w:w="2592" w:type="dxa"/>
            <w:shd w:val="clear" w:color="auto" w:fill="F2F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A15A" w14:textId="77777777" w:rsidR="005C7B5A" w:rsidRPr="001D2051" w:rsidRDefault="001F1ECF" w:rsidP="001D2051">
            <w:pPr>
              <w:spacing w:beforeLines="100" w:before="240" w:line="0" w:lineRule="atLeast"/>
              <w:jc w:val="center"/>
            </w:pPr>
            <w:proofErr w:type="spellStart"/>
            <w:r w:rsidRPr="001D2051">
              <w:rPr>
                <w:b/>
                <w:sz w:val="19"/>
              </w:rPr>
              <w:t>申請団体・主催者名</w:t>
            </w:r>
            <w:proofErr w:type="spellEnd"/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98E212" w14:textId="4780EC8A" w:rsidR="005C7B5A" w:rsidRPr="001D2051" w:rsidRDefault="001F1ECF" w:rsidP="001D2051">
            <w:pPr>
              <w:spacing w:beforeLines="100" w:before="240" w:line="0" w:lineRule="atLeast"/>
              <w:rPr>
                <w:lang w:eastAsia="ja-JP"/>
              </w:rPr>
            </w:pPr>
            <w:r w:rsidRPr="001D2051">
              <w:rPr>
                <w:sz w:val="18"/>
                <w:lang w:eastAsia="ja-JP"/>
              </w:rPr>
              <w:t>（ふりがな）</w:t>
            </w:r>
            <w:r w:rsidRPr="001D2051">
              <w:rPr>
                <w:sz w:val="18"/>
                <w:lang w:eastAsia="ja-JP"/>
              </w:rPr>
              <w:br/>
              <w:t>団体名：</w:t>
            </w:r>
            <w:r w:rsidR="00504235">
              <w:rPr>
                <w:rFonts w:hint="eastAsia"/>
                <w:sz w:val="18"/>
                <w:lang w:eastAsia="ja-JP"/>
              </w:rPr>
              <w:t xml:space="preserve">　　　　　　　　　　　　　　</w:t>
            </w:r>
            <w:r w:rsidRPr="001D2051">
              <w:rPr>
                <w:sz w:val="18"/>
                <w:lang w:eastAsia="ja-JP"/>
              </w:rPr>
              <w:t>代表者氏名：</w:t>
            </w:r>
          </w:p>
        </w:tc>
      </w:tr>
      <w:tr w:rsidR="005C7B5A" w:rsidRPr="001D2051" w14:paraId="7DB85621" w14:textId="77777777">
        <w:trPr>
          <w:jc w:val="center"/>
        </w:trPr>
        <w:tc>
          <w:tcPr>
            <w:tcW w:w="2592" w:type="dxa"/>
            <w:shd w:val="clear" w:color="auto" w:fill="F2F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2073C" w14:textId="141B13AF" w:rsidR="005C7B5A" w:rsidRPr="001D2051" w:rsidRDefault="001F1ECF" w:rsidP="0017086B">
            <w:pPr>
              <w:spacing w:beforeLines="100" w:before="240" w:line="0" w:lineRule="atLeast"/>
              <w:ind w:left="572" w:hangingChars="300" w:hanging="572"/>
              <w:jc w:val="center"/>
            </w:pPr>
            <w:proofErr w:type="spellStart"/>
            <w:r w:rsidRPr="001D2051">
              <w:rPr>
                <w:b/>
                <w:sz w:val="19"/>
              </w:rPr>
              <w:t>担当者連絡先</w:t>
            </w:r>
            <w:proofErr w:type="spellEnd"/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2C2C9E" w14:textId="4B1BF93A" w:rsidR="005C7B5A" w:rsidRPr="001D2051" w:rsidRDefault="001F1ECF" w:rsidP="001D2051">
            <w:pPr>
              <w:spacing w:beforeLines="100" w:before="240" w:line="0" w:lineRule="atLeast"/>
              <w:rPr>
                <w:lang w:eastAsia="ja-JP"/>
              </w:rPr>
            </w:pPr>
            <w:r w:rsidRPr="001D2051">
              <w:rPr>
                <w:sz w:val="18"/>
                <w:lang w:eastAsia="ja-JP"/>
              </w:rPr>
              <w:t>住所：</w:t>
            </w:r>
            <w:r w:rsidR="00504235">
              <w:rPr>
                <w:rFonts w:hint="eastAsia"/>
                <w:sz w:val="18"/>
                <w:lang w:eastAsia="ja-JP"/>
              </w:rPr>
              <w:t xml:space="preserve">　　　　　　　　　　　　　　　</w:t>
            </w:r>
            <w:r w:rsidRPr="001D2051">
              <w:rPr>
                <w:sz w:val="18"/>
                <w:lang w:eastAsia="ja-JP"/>
              </w:rPr>
              <w:t>担当者氏名：</w:t>
            </w:r>
            <w:r w:rsidR="00504235">
              <w:rPr>
                <w:rFonts w:hint="eastAsia"/>
                <w:sz w:val="18"/>
                <w:lang w:eastAsia="ja-JP"/>
              </w:rPr>
              <w:t xml:space="preserve">　　　　</w:t>
            </w:r>
            <w:r w:rsidR="00504235">
              <w:rPr>
                <w:sz w:val="18"/>
                <w:lang w:eastAsia="ja-JP"/>
              </w:rPr>
              <w:br/>
            </w:r>
            <w:r w:rsidRPr="001D2051">
              <w:rPr>
                <w:sz w:val="18"/>
                <w:lang w:eastAsia="ja-JP"/>
              </w:rPr>
              <w:t>電話番号：</w:t>
            </w:r>
            <w:r w:rsidR="00504235">
              <w:rPr>
                <w:rFonts w:hint="eastAsia"/>
                <w:sz w:val="18"/>
                <w:lang w:eastAsia="ja-JP"/>
              </w:rPr>
              <w:t xml:space="preserve">　　　　　　　　　　　</w:t>
            </w:r>
            <w:r w:rsidRPr="001D2051">
              <w:rPr>
                <w:sz w:val="18"/>
                <w:lang w:eastAsia="ja-JP"/>
              </w:rPr>
              <w:t>メールアドレス：</w:t>
            </w:r>
          </w:p>
        </w:tc>
      </w:tr>
      <w:tr w:rsidR="005C7B5A" w:rsidRPr="001D2051" w14:paraId="3721D9BA" w14:textId="77777777" w:rsidTr="0017086B">
        <w:trPr>
          <w:trHeight w:val="442"/>
          <w:jc w:val="center"/>
        </w:trPr>
        <w:tc>
          <w:tcPr>
            <w:tcW w:w="2592" w:type="dxa"/>
            <w:shd w:val="clear" w:color="auto" w:fill="F2F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D1AB0" w14:textId="55A1BA48" w:rsidR="005C7B5A" w:rsidRPr="001D2051" w:rsidRDefault="001F1ECF" w:rsidP="001D2051">
            <w:pPr>
              <w:spacing w:beforeLines="100" w:before="240" w:line="0" w:lineRule="atLeast"/>
              <w:jc w:val="center"/>
              <w:rPr>
                <w:lang w:eastAsia="ja-JP"/>
              </w:rPr>
            </w:pPr>
            <w:r w:rsidRPr="001D2051">
              <w:rPr>
                <w:b/>
                <w:sz w:val="19"/>
                <w:lang w:eastAsia="ja-JP"/>
              </w:rPr>
              <w:t>配布物・チラシの</w:t>
            </w:r>
            <w:r w:rsidR="001F43BD">
              <w:rPr>
                <w:b/>
                <w:sz w:val="19"/>
                <w:lang w:eastAsia="ja-JP"/>
              </w:rPr>
              <w:br/>
            </w:r>
            <w:r w:rsidRPr="001D2051">
              <w:rPr>
                <w:b/>
                <w:sz w:val="19"/>
                <w:lang w:eastAsia="ja-JP"/>
              </w:rPr>
              <w:t>名称</w:t>
            </w:r>
            <w:r w:rsidR="001F43BD">
              <w:rPr>
                <w:rFonts w:hint="eastAsia"/>
                <w:b/>
                <w:sz w:val="19"/>
                <w:lang w:eastAsia="ja-JP"/>
              </w:rPr>
              <w:t>・概要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859E98" w14:textId="77777777" w:rsidR="005C7B5A" w:rsidRPr="001D2051" w:rsidRDefault="005C7B5A" w:rsidP="001D2051">
            <w:pPr>
              <w:spacing w:beforeLines="100" w:before="240" w:line="0" w:lineRule="atLeast"/>
              <w:rPr>
                <w:lang w:eastAsia="ja-JP"/>
              </w:rPr>
            </w:pPr>
          </w:p>
        </w:tc>
      </w:tr>
      <w:tr w:rsidR="005C7B5A" w:rsidRPr="001D2051" w14:paraId="02ABC395" w14:textId="77777777" w:rsidTr="00504235">
        <w:trPr>
          <w:trHeight w:val="664"/>
          <w:jc w:val="center"/>
        </w:trPr>
        <w:tc>
          <w:tcPr>
            <w:tcW w:w="2592" w:type="dxa"/>
            <w:shd w:val="clear" w:color="auto" w:fill="F2F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35449" w14:textId="77777777" w:rsidR="005C7B5A" w:rsidRPr="001D2051" w:rsidRDefault="001F1ECF" w:rsidP="001D2051">
            <w:pPr>
              <w:spacing w:beforeLines="100" w:before="240" w:line="0" w:lineRule="atLeast"/>
              <w:jc w:val="center"/>
              <w:rPr>
                <w:b/>
                <w:sz w:val="19"/>
                <w:lang w:eastAsia="ja-JP"/>
              </w:rPr>
            </w:pPr>
            <w:r w:rsidRPr="001D2051">
              <w:rPr>
                <w:b/>
                <w:sz w:val="19"/>
                <w:lang w:eastAsia="ja-JP"/>
              </w:rPr>
              <w:t>配布を希望する学校・学年</w:t>
            </w:r>
          </w:p>
          <w:p w14:paraId="6A5F9807" w14:textId="4E682C70" w:rsidR="003437D8" w:rsidRPr="001D2051" w:rsidRDefault="003437D8" w:rsidP="001D2051">
            <w:pPr>
              <w:spacing w:beforeLines="100" w:before="240" w:line="0" w:lineRule="atLeast"/>
              <w:jc w:val="center"/>
              <w:rPr>
                <w:bCs/>
                <w:lang w:eastAsia="ja-JP"/>
              </w:rPr>
            </w:pPr>
            <w:r w:rsidRPr="001D2051">
              <w:rPr>
                <w:rFonts w:hint="eastAsia"/>
                <w:bCs/>
                <w:sz w:val="16"/>
                <w:szCs w:val="20"/>
                <w:lang w:eastAsia="ja-JP"/>
              </w:rPr>
              <w:t>※希望欄に☑してください。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58330F" w14:textId="77777777" w:rsidR="005C7B5A" w:rsidRPr="001D2051" w:rsidRDefault="001F1ECF" w:rsidP="001D2051">
            <w:pPr>
              <w:spacing w:beforeLines="100" w:before="240" w:line="0" w:lineRule="atLeast"/>
              <w:rPr>
                <w:lang w:eastAsia="ja-JP"/>
              </w:rPr>
            </w:pPr>
            <w:r w:rsidRPr="001D2051">
              <w:rPr>
                <w:sz w:val="18"/>
                <w:lang w:eastAsia="ja-JP"/>
              </w:rPr>
              <w:t>□ 小学校全校　□ 中学校全校　□ 個別指定（学校名：　　　　　　　　）</w:t>
            </w:r>
            <w:r w:rsidRPr="001D2051">
              <w:rPr>
                <w:sz w:val="18"/>
                <w:lang w:eastAsia="ja-JP"/>
              </w:rPr>
              <w:br/>
              <w:t>対象学年：□ 全学年　□ 特定学年のみ（　　　年生〜　　　年生）</w:t>
            </w:r>
          </w:p>
        </w:tc>
      </w:tr>
      <w:tr w:rsidR="00504235" w:rsidRPr="001D2051" w14:paraId="7BB3A754" w14:textId="77777777" w:rsidTr="00504235">
        <w:trPr>
          <w:trHeight w:val="1645"/>
          <w:jc w:val="center"/>
        </w:trPr>
        <w:tc>
          <w:tcPr>
            <w:tcW w:w="2592" w:type="dxa"/>
            <w:vMerge w:val="restart"/>
            <w:shd w:val="clear" w:color="auto" w:fill="F2F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00E9C" w14:textId="77777777" w:rsidR="00504235" w:rsidRPr="001D2051" w:rsidRDefault="00504235" w:rsidP="001D2051">
            <w:pPr>
              <w:spacing w:beforeLines="100" w:before="240" w:line="0" w:lineRule="atLeast"/>
              <w:jc w:val="center"/>
              <w:rPr>
                <w:b/>
                <w:sz w:val="19"/>
                <w:lang w:eastAsia="ja-JP"/>
              </w:rPr>
            </w:pPr>
            <w:r w:rsidRPr="001D2051">
              <w:rPr>
                <w:b/>
                <w:sz w:val="19"/>
                <w:lang w:eastAsia="ja-JP"/>
              </w:rPr>
              <w:t>希望する配信・配布区分</w:t>
            </w:r>
          </w:p>
          <w:p w14:paraId="77302BA8" w14:textId="2049529A" w:rsidR="00504235" w:rsidRPr="001D2051" w:rsidRDefault="00504235" w:rsidP="001D2051">
            <w:pPr>
              <w:spacing w:beforeLines="100" w:before="240" w:line="0" w:lineRule="atLeast"/>
              <w:jc w:val="center"/>
              <w:rPr>
                <w:b/>
                <w:sz w:val="19"/>
                <w:lang w:eastAsia="ja-JP"/>
              </w:rPr>
            </w:pPr>
          </w:p>
          <w:p w14:paraId="08B7F412" w14:textId="3E8D25B0" w:rsidR="0017086B" w:rsidRDefault="00504235" w:rsidP="0017086B">
            <w:pPr>
              <w:spacing w:beforeLines="100" w:before="240" w:line="0" w:lineRule="atLeast"/>
              <w:jc w:val="center"/>
              <w:rPr>
                <w:bCs/>
                <w:sz w:val="16"/>
                <w:szCs w:val="20"/>
                <w:lang w:eastAsia="ja-JP"/>
              </w:rPr>
            </w:pPr>
            <w:r w:rsidRPr="001D2051">
              <w:rPr>
                <w:rFonts w:hint="eastAsia"/>
                <w:bCs/>
                <w:sz w:val="16"/>
                <w:szCs w:val="20"/>
                <w:lang w:eastAsia="ja-JP"/>
              </w:rPr>
              <w:t>※</w:t>
            </w:r>
            <w:r w:rsidR="0017086B">
              <w:rPr>
                <w:rFonts w:hint="eastAsia"/>
                <w:bCs/>
                <w:sz w:val="16"/>
                <w:szCs w:val="20"/>
                <w:lang w:eastAsia="ja-JP"/>
              </w:rPr>
              <w:t>右記の⑴～⑷のいずれか一つに☑を入れてください。</w:t>
            </w:r>
          </w:p>
          <w:p w14:paraId="127AEBCC" w14:textId="365C29AF" w:rsidR="00504235" w:rsidRPr="001D2051" w:rsidRDefault="0017086B" w:rsidP="0017086B">
            <w:pPr>
              <w:spacing w:beforeLines="100" w:before="240" w:line="0" w:lineRule="atLeast"/>
              <w:jc w:val="center"/>
              <w:rPr>
                <w:lang w:eastAsia="ja-JP"/>
              </w:rPr>
            </w:pPr>
            <w:r>
              <w:rPr>
                <w:rFonts w:hint="eastAsia"/>
                <w:bCs/>
                <w:sz w:val="16"/>
                <w:szCs w:val="20"/>
                <w:lang w:eastAsia="ja-JP"/>
              </w:rPr>
              <w:t xml:space="preserve">※複数選択不可　　　　</w:t>
            </w: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B49B3A" w14:textId="36A40CCE" w:rsidR="00504235" w:rsidRPr="001F43BD" w:rsidRDefault="00504235" w:rsidP="00504235">
            <w:pPr>
              <w:spacing w:beforeLines="100" w:before="240" w:line="0" w:lineRule="atLeast"/>
              <w:rPr>
                <w:sz w:val="18"/>
                <w:lang w:eastAsia="ja-JP"/>
              </w:rPr>
            </w:pPr>
            <w:r w:rsidRPr="00504235">
              <w:rPr>
                <w:b/>
                <w:bCs/>
                <w:sz w:val="18"/>
                <w:lang w:eastAsia="ja-JP"/>
              </w:rPr>
              <w:t>※教育委員会での審査により、ご希望に添えない場合があります。</w:t>
            </w:r>
            <w:r w:rsidRPr="00504235">
              <w:rPr>
                <w:b/>
                <w:bCs/>
                <w:sz w:val="18"/>
                <w:lang w:eastAsia="ja-JP"/>
              </w:rPr>
              <w:br/>
            </w:r>
            <w:r w:rsidRPr="00504235">
              <w:rPr>
                <w:rFonts w:hint="eastAsia"/>
                <w:b/>
                <w:bCs/>
                <w:sz w:val="18"/>
                <w:lang w:eastAsia="ja-JP"/>
              </w:rPr>
              <w:t>※原則「⑴校内掲示　⑵所定場所への配架を」となります。</w:t>
            </w:r>
            <w:r>
              <w:rPr>
                <w:sz w:val="18"/>
                <w:lang w:eastAsia="ja-JP"/>
              </w:rPr>
              <w:br/>
            </w:r>
            <w:r w:rsidRPr="001D2051">
              <w:rPr>
                <w:sz w:val="18"/>
                <w:lang w:eastAsia="ja-JP"/>
              </w:rPr>
              <w:br/>
              <w:t>□ ⑴</w:t>
            </w:r>
            <w:r>
              <w:rPr>
                <w:rFonts w:hint="eastAsia"/>
                <w:sz w:val="18"/>
                <w:lang w:eastAsia="ja-JP"/>
              </w:rPr>
              <w:t xml:space="preserve">　</w:t>
            </w:r>
            <w:r w:rsidRPr="00C15430">
              <w:rPr>
                <w:sz w:val="18"/>
                <w:lang w:eastAsia="ja-JP"/>
              </w:rPr>
              <w:t>校内の掲示場所での掲示</w:t>
            </w:r>
            <w:r>
              <w:rPr>
                <w:sz w:val="18"/>
                <w:lang w:eastAsia="ja-JP"/>
              </w:rPr>
              <w:br/>
            </w:r>
            <w:r>
              <w:rPr>
                <w:rFonts w:hint="eastAsia"/>
                <w:sz w:val="18"/>
                <w:lang w:eastAsia="ja-JP"/>
              </w:rPr>
              <w:t xml:space="preserve">　　　</w:t>
            </w:r>
            <w:r w:rsidRPr="001D2051">
              <w:rPr>
                <w:sz w:val="18"/>
                <w:lang w:eastAsia="ja-JP"/>
              </w:rPr>
              <w:t>（</w:t>
            </w:r>
            <w:r>
              <w:rPr>
                <w:rFonts w:hint="eastAsia"/>
                <w:sz w:val="18"/>
                <w:lang w:eastAsia="ja-JP"/>
              </w:rPr>
              <w:t>学校が指定する掲示板への掲示</w:t>
            </w:r>
            <w:r w:rsidRPr="00C15430">
              <w:rPr>
                <w:sz w:val="18"/>
                <w:lang w:eastAsia="ja-JP"/>
              </w:rPr>
              <w:t>各校10枚以下。</w:t>
            </w:r>
            <w:r w:rsidRPr="001D2051">
              <w:rPr>
                <w:sz w:val="18"/>
                <w:lang w:eastAsia="ja-JP"/>
              </w:rPr>
              <w:t>）</w:t>
            </w:r>
            <w:r>
              <w:rPr>
                <w:sz w:val="18"/>
                <w:lang w:eastAsia="ja-JP"/>
              </w:rPr>
              <w:br/>
            </w:r>
            <w:r w:rsidRPr="001D2051">
              <w:rPr>
                <w:sz w:val="18"/>
                <w:lang w:eastAsia="ja-JP"/>
              </w:rPr>
              <w:br/>
              <w:t>□ ⑵</w:t>
            </w:r>
            <w:r>
              <w:rPr>
                <w:rFonts w:hint="eastAsia"/>
                <w:sz w:val="18"/>
                <w:lang w:eastAsia="ja-JP"/>
              </w:rPr>
              <w:t xml:space="preserve">　</w:t>
            </w:r>
            <w:r w:rsidRPr="00C15430">
              <w:rPr>
                <w:sz w:val="18"/>
                <w:lang w:eastAsia="ja-JP"/>
              </w:rPr>
              <w:t>校内の所定場所での据え置き</w:t>
            </w:r>
            <w:r>
              <w:rPr>
                <w:sz w:val="18"/>
                <w:lang w:eastAsia="ja-JP"/>
              </w:rPr>
              <w:br/>
            </w:r>
            <w:r>
              <w:rPr>
                <w:rFonts w:hint="eastAsia"/>
                <w:sz w:val="18"/>
                <w:lang w:eastAsia="ja-JP"/>
              </w:rPr>
              <w:t xml:space="preserve">　　　</w:t>
            </w:r>
            <w:r w:rsidRPr="001D2051">
              <w:rPr>
                <w:sz w:val="18"/>
                <w:lang w:eastAsia="ja-JP"/>
              </w:rPr>
              <w:t>（</w:t>
            </w:r>
            <w:r>
              <w:rPr>
                <w:rFonts w:hint="eastAsia"/>
                <w:sz w:val="18"/>
                <w:lang w:eastAsia="ja-JP"/>
              </w:rPr>
              <w:t>学校が指定する箇所での配架。</w:t>
            </w:r>
            <w:r>
              <w:rPr>
                <w:rFonts w:hint="eastAsia"/>
                <w:sz w:val="20"/>
                <w:szCs w:val="20"/>
                <w:lang w:eastAsia="ja-JP"/>
              </w:rPr>
              <w:t>各校50枚以下。（広田小は10枚）</w:t>
            </w:r>
          </w:p>
        </w:tc>
      </w:tr>
      <w:tr w:rsidR="00504235" w:rsidRPr="001D2051" w14:paraId="324D8D13" w14:textId="77777777" w:rsidTr="00ED764C">
        <w:trPr>
          <w:trHeight w:val="1309"/>
          <w:jc w:val="center"/>
        </w:trPr>
        <w:tc>
          <w:tcPr>
            <w:tcW w:w="2592" w:type="dxa"/>
            <w:vMerge/>
            <w:shd w:val="clear" w:color="auto" w:fill="F2F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20287" w14:textId="77777777" w:rsidR="00504235" w:rsidRPr="001D2051" w:rsidRDefault="00504235" w:rsidP="001D2051">
            <w:pPr>
              <w:spacing w:beforeLines="100" w:before="240" w:line="0" w:lineRule="atLeast"/>
              <w:jc w:val="center"/>
              <w:rPr>
                <w:b/>
                <w:sz w:val="19"/>
                <w:lang w:eastAsia="ja-JP"/>
              </w:rPr>
            </w:pPr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D7DD31" w14:textId="492714A3" w:rsidR="00504235" w:rsidRPr="001D2051" w:rsidRDefault="00504235" w:rsidP="001D2051">
            <w:pPr>
              <w:spacing w:beforeLines="100" w:before="240" w:line="0" w:lineRule="atLeast"/>
              <w:rPr>
                <w:sz w:val="18"/>
                <w:lang w:eastAsia="ja-JP"/>
              </w:rPr>
            </w:pPr>
            <w:r w:rsidRPr="00504235">
              <w:rPr>
                <w:rFonts w:hint="eastAsia"/>
                <w:b/>
                <w:bCs/>
                <w:sz w:val="18"/>
                <w:lang w:eastAsia="ja-JP"/>
              </w:rPr>
              <w:t>※</w:t>
            </w:r>
            <w:r>
              <w:rPr>
                <w:rFonts w:hint="eastAsia"/>
                <w:b/>
                <w:bCs/>
                <w:sz w:val="18"/>
                <w:lang w:eastAsia="ja-JP"/>
              </w:rPr>
              <w:t>以下を希望する場合は、理由を記載してください</w:t>
            </w:r>
            <w:r w:rsidRPr="00504235">
              <w:rPr>
                <w:rFonts w:hint="eastAsia"/>
                <w:b/>
                <w:bCs/>
                <w:sz w:val="18"/>
                <w:lang w:eastAsia="ja-JP"/>
              </w:rPr>
              <w:t>。</w:t>
            </w:r>
            <w:r>
              <w:rPr>
                <w:sz w:val="18"/>
                <w:lang w:eastAsia="ja-JP"/>
              </w:rPr>
              <w:br/>
            </w:r>
            <w:r>
              <w:rPr>
                <w:rFonts w:hint="eastAsia"/>
                <w:sz w:val="18"/>
                <w:lang w:eastAsia="ja-JP"/>
              </w:rPr>
              <w:t>（理由：　　　　　　　　　　　　　　　　　　　　　　　　　　　　　　　）</w:t>
            </w:r>
            <w:r>
              <w:rPr>
                <w:sz w:val="18"/>
                <w:lang w:eastAsia="ja-JP"/>
              </w:rPr>
              <w:br/>
            </w:r>
            <w:r>
              <w:rPr>
                <w:sz w:val="18"/>
                <w:lang w:eastAsia="ja-JP"/>
              </w:rPr>
              <w:br/>
            </w:r>
            <w:r w:rsidRPr="001D2051">
              <w:rPr>
                <w:sz w:val="18"/>
                <w:lang w:eastAsia="ja-JP"/>
              </w:rPr>
              <w:t>□ ⑶</w:t>
            </w:r>
            <w:r>
              <w:rPr>
                <w:rFonts w:hint="eastAsia"/>
                <w:sz w:val="18"/>
                <w:lang w:eastAsia="ja-JP"/>
              </w:rPr>
              <w:t xml:space="preserve">　</w:t>
            </w:r>
            <w:r w:rsidRPr="001F43BD">
              <w:rPr>
                <w:sz w:val="18"/>
                <w:lang w:eastAsia="ja-JP"/>
              </w:rPr>
              <w:t>児童生徒への個別配布（※共催・後援事業等のみ。※仕分け梱包必要）</w:t>
            </w:r>
            <w:r>
              <w:rPr>
                <w:sz w:val="18"/>
                <w:lang w:eastAsia="ja-JP"/>
              </w:rPr>
              <w:br/>
            </w:r>
            <w:r>
              <w:rPr>
                <w:sz w:val="18"/>
                <w:lang w:eastAsia="ja-JP"/>
              </w:rPr>
              <w:br/>
            </w:r>
            <w:r w:rsidRPr="001D2051">
              <w:rPr>
                <w:sz w:val="18"/>
                <w:lang w:eastAsia="ja-JP"/>
              </w:rPr>
              <w:t>□ ⑷</w:t>
            </w:r>
            <w:r>
              <w:rPr>
                <w:rFonts w:hint="eastAsia"/>
                <w:sz w:val="18"/>
                <w:lang w:eastAsia="ja-JP"/>
              </w:rPr>
              <w:t xml:space="preserve">　</w:t>
            </w:r>
            <w:r w:rsidRPr="001F43BD">
              <w:rPr>
                <w:sz w:val="18"/>
                <w:lang w:eastAsia="ja-JP"/>
              </w:rPr>
              <w:t>児童生徒の保護者へのPDFデータの配信（※共催事業等のみ。</w:t>
            </w:r>
            <w:r>
              <w:rPr>
                <w:rFonts w:hint="eastAsia"/>
                <w:sz w:val="18"/>
                <w:lang w:eastAsia="ja-JP"/>
              </w:rPr>
              <w:t>）</w:t>
            </w:r>
            <w:r>
              <w:rPr>
                <w:sz w:val="18"/>
                <w:lang w:eastAsia="ja-JP"/>
              </w:rPr>
              <w:br/>
            </w:r>
          </w:p>
        </w:tc>
      </w:tr>
      <w:tr w:rsidR="005C7B5A" w:rsidRPr="001D2051" w14:paraId="4267CF1C" w14:textId="77777777" w:rsidTr="00C40536">
        <w:trPr>
          <w:trHeight w:val="314"/>
          <w:jc w:val="center"/>
        </w:trPr>
        <w:tc>
          <w:tcPr>
            <w:tcW w:w="2592" w:type="dxa"/>
            <w:shd w:val="clear" w:color="auto" w:fill="F2F4F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80BC" w14:textId="77777777" w:rsidR="005C7B5A" w:rsidRPr="001D2051" w:rsidRDefault="001F1ECF" w:rsidP="001D2051">
            <w:pPr>
              <w:spacing w:beforeLines="100" w:before="240" w:line="0" w:lineRule="atLeast"/>
              <w:jc w:val="center"/>
            </w:pPr>
            <w:proofErr w:type="spellStart"/>
            <w:r w:rsidRPr="001D2051">
              <w:rPr>
                <w:b/>
                <w:sz w:val="19"/>
              </w:rPr>
              <w:t>共催・後援の有無</w:t>
            </w:r>
            <w:proofErr w:type="spellEnd"/>
          </w:p>
        </w:tc>
        <w:tc>
          <w:tcPr>
            <w:tcW w:w="676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EBB411" w14:textId="09EF44D4" w:rsidR="005C7B5A" w:rsidRPr="001D2051" w:rsidRDefault="001F1ECF" w:rsidP="001D2051">
            <w:pPr>
              <w:spacing w:beforeLines="100" w:before="240" w:line="0" w:lineRule="atLeast"/>
              <w:rPr>
                <w:lang w:eastAsia="ja-JP"/>
              </w:rPr>
            </w:pPr>
            <w:r w:rsidRPr="001D2051">
              <w:rPr>
                <w:sz w:val="18"/>
                <w:lang w:eastAsia="ja-JP"/>
              </w:rPr>
              <w:t>□ 有（</w:t>
            </w:r>
            <w:r w:rsidR="003437D8" w:rsidRPr="001D2051">
              <w:rPr>
                <w:rFonts w:hint="eastAsia"/>
                <w:sz w:val="18"/>
                <w:lang w:eastAsia="ja-JP"/>
              </w:rPr>
              <w:t>共催・</w:t>
            </w:r>
            <w:r w:rsidRPr="001D2051">
              <w:rPr>
                <w:sz w:val="18"/>
                <w:lang w:eastAsia="ja-JP"/>
              </w:rPr>
              <w:t xml:space="preserve">後援名義：　　　</w:t>
            </w:r>
            <w:r w:rsidR="003437D8" w:rsidRPr="001D2051">
              <w:rPr>
                <w:rFonts w:hint="eastAsia"/>
                <w:sz w:val="18"/>
                <w:lang w:eastAsia="ja-JP"/>
              </w:rPr>
              <w:t xml:space="preserve">　　　　</w:t>
            </w:r>
            <w:r w:rsidRPr="001D2051">
              <w:rPr>
                <w:sz w:val="18"/>
                <w:lang w:eastAsia="ja-JP"/>
              </w:rPr>
              <w:t xml:space="preserve">　　　　　　　　　　　　　）</w:t>
            </w:r>
            <w:r w:rsidRPr="001D2051">
              <w:rPr>
                <w:sz w:val="18"/>
                <w:lang w:eastAsia="ja-JP"/>
              </w:rPr>
              <w:br/>
              <w:t>□ 無</w:t>
            </w:r>
          </w:p>
        </w:tc>
      </w:tr>
    </w:tbl>
    <w:p w14:paraId="3AA24721" w14:textId="46582D8D" w:rsidR="00C40536" w:rsidRPr="00C40536" w:rsidRDefault="001F1ECF" w:rsidP="00C40536">
      <w:pPr>
        <w:spacing w:beforeLines="100" w:before="240" w:line="0" w:lineRule="atLeast"/>
        <w:ind w:leftChars="200" w:left="600" w:right="720" w:hangingChars="100" w:hanging="180"/>
        <w:rPr>
          <w:lang w:eastAsia="ja-JP"/>
        </w:rPr>
      </w:pPr>
      <w:r w:rsidRPr="001D2051">
        <w:rPr>
          <w:sz w:val="18"/>
          <w:lang w:eastAsia="ja-JP"/>
        </w:rPr>
        <w:t>【提出先及び問い合わせ窓口】</w:t>
      </w:r>
      <w:r w:rsidR="00C40536">
        <w:rPr>
          <w:rFonts w:hint="eastAsia"/>
          <w:sz w:val="18"/>
          <w:lang w:eastAsia="ja-JP"/>
        </w:rPr>
        <w:t xml:space="preserve">　</w:t>
      </w:r>
      <w:r w:rsidR="00C40536" w:rsidRPr="00C40536">
        <w:rPr>
          <w:sz w:val="18"/>
          <w:lang w:eastAsia="ja-JP"/>
        </w:rPr>
        <w:t>砥部町教育委員会</w:t>
      </w:r>
      <w:r w:rsidR="00C40536">
        <w:rPr>
          <w:rFonts w:hint="eastAsia"/>
          <w:sz w:val="18"/>
          <w:lang w:eastAsia="ja-JP"/>
        </w:rPr>
        <w:t xml:space="preserve">　</w:t>
      </w:r>
      <w:r w:rsidR="00C40536" w:rsidRPr="00C40536">
        <w:rPr>
          <w:sz w:val="18"/>
          <w:lang w:eastAsia="ja-JP"/>
        </w:rPr>
        <w:t>〒791-2120 愛媛県伊予郡砥部町宮内1369番地</w:t>
      </w:r>
      <w:r w:rsidR="00FF0A1E">
        <w:rPr>
          <w:sz w:val="18"/>
          <w:lang w:eastAsia="ja-JP"/>
        </w:rPr>
        <w:br/>
      </w:r>
      <w:r w:rsidR="00C40536">
        <w:rPr>
          <w:sz w:val="18"/>
          <w:lang w:eastAsia="ja-JP"/>
        </w:rPr>
        <w:br/>
      </w:r>
      <w:r w:rsidR="00C40536">
        <w:rPr>
          <w:rFonts w:hint="eastAsia"/>
          <w:sz w:val="18"/>
          <w:lang w:eastAsia="ja-JP"/>
        </w:rPr>
        <w:t xml:space="preserve">  </w:t>
      </w:r>
      <w:r w:rsidR="00C40536" w:rsidRPr="00C40536">
        <w:rPr>
          <w:rFonts w:hint="eastAsia"/>
          <w:b/>
          <w:bCs/>
          <w:sz w:val="18"/>
          <w:lang w:eastAsia="ja-JP"/>
        </w:rPr>
        <w:t>●文化・スポーツに関すること：　社会教育</w:t>
      </w:r>
      <w:r w:rsidR="00C40536" w:rsidRPr="00C40536">
        <w:rPr>
          <w:b/>
          <w:bCs/>
          <w:sz w:val="18"/>
          <w:lang w:eastAsia="ja-JP"/>
        </w:rPr>
        <w:t>課</w:t>
      </w:r>
      <w:r w:rsidR="00FF0A1E">
        <w:rPr>
          <w:rFonts w:hint="eastAsia"/>
          <w:b/>
          <w:bCs/>
          <w:sz w:val="18"/>
          <w:lang w:eastAsia="ja-JP"/>
        </w:rPr>
        <w:t xml:space="preserve">　</w:t>
      </w:r>
      <w:r w:rsidR="00C40536" w:rsidRPr="00C40536">
        <w:rPr>
          <w:rFonts w:hint="eastAsia"/>
          <w:b/>
          <w:bCs/>
          <w:sz w:val="18"/>
          <w:lang w:eastAsia="ja-JP"/>
        </w:rPr>
        <w:t>文化スポーツ係</w:t>
      </w:r>
      <w:r w:rsidR="00C40536">
        <w:rPr>
          <w:rFonts w:hint="eastAsia"/>
          <w:sz w:val="18"/>
          <w:lang w:eastAsia="ja-JP"/>
        </w:rPr>
        <w:t xml:space="preserve">　</w:t>
      </w:r>
      <w:r w:rsidR="00C40536">
        <w:rPr>
          <w:sz w:val="18"/>
          <w:lang w:eastAsia="ja-JP"/>
        </w:rPr>
        <w:br/>
      </w:r>
      <w:r w:rsidR="00C40536">
        <w:rPr>
          <w:rFonts w:hint="eastAsia"/>
          <w:sz w:val="18"/>
          <w:lang w:eastAsia="ja-JP"/>
        </w:rPr>
        <w:t xml:space="preserve">　　　　　</w:t>
      </w:r>
      <w:r w:rsidR="00C40536" w:rsidRPr="001D2051">
        <w:rPr>
          <w:sz w:val="18"/>
          <w:lang w:eastAsia="ja-JP"/>
        </w:rPr>
        <w:t>TEL：089-962-</w:t>
      </w:r>
      <w:r w:rsidR="00C40536">
        <w:rPr>
          <w:rFonts w:hint="eastAsia"/>
          <w:sz w:val="18"/>
          <w:lang w:eastAsia="ja-JP"/>
        </w:rPr>
        <w:t>5952</w:t>
      </w:r>
      <w:r w:rsidR="00C40536" w:rsidRPr="001D2051">
        <w:rPr>
          <w:sz w:val="18"/>
          <w:lang w:eastAsia="ja-JP"/>
        </w:rPr>
        <w:t xml:space="preserve"> / FAX：089-962-</w:t>
      </w:r>
      <w:r w:rsidR="00C40536" w:rsidRPr="001D2051">
        <w:rPr>
          <w:rFonts w:hint="eastAsia"/>
          <w:sz w:val="18"/>
          <w:lang w:eastAsia="ja-JP"/>
        </w:rPr>
        <w:t>7511</w:t>
      </w:r>
      <w:r w:rsidR="00C40536">
        <w:rPr>
          <w:rFonts w:hint="eastAsia"/>
          <w:sz w:val="18"/>
          <w:lang w:eastAsia="ja-JP"/>
        </w:rPr>
        <w:t xml:space="preserve">　</w:t>
      </w:r>
      <w:r w:rsidR="00FF0A1E" w:rsidRPr="00FF0A1E">
        <w:rPr>
          <w:lang w:eastAsia="ja-JP"/>
        </w:rPr>
        <w:t xml:space="preserve"> </w:t>
      </w:r>
      <w:r w:rsidR="00FF0A1E" w:rsidRPr="00FF0A1E">
        <w:rPr>
          <w:sz w:val="18"/>
          <w:lang w:eastAsia="ja-JP"/>
        </w:rPr>
        <w:t>Email: 095shakai@town.tobe.ehime.jp</w:t>
      </w:r>
      <w:r w:rsidR="00FF0A1E">
        <w:rPr>
          <w:sz w:val="18"/>
          <w:lang w:eastAsia="ja-JP"/>
        </w:rPr>
        <w:br/>
      </w:r>
      <w:r w:rsidR="00C40536">
        <w:rPr>
          <w:sz w:val="18"/>
          <w:lang w:eastAsia="ja-JP"/>
        </w:rPr>
        <w:br/>
      </w:r>
      <w:r w:rsidR="00C40536" w:rsidRPr="00C40536">
        <w:rPr>
          <w:rFonts w:hint="eastAsia"/>
          <w:b/>
          <w:bCs/>
          <w:sz w:val="18"/>
          <w:lang w:eastAsia="ja-JP"/>
        </w:rPr>
        <w:t xml:space="preserve">　●その他、全般：　学校教育課</w:t>
      </w:r>
      <w:r w:rsidR="00FF0A1E">
        <w:rPr>
          <w:rFonts w:hint="eastAsia"/>
          <w:b/>
          <w:bCs/>
          <w:sz w:val="18"/>
          <w:lang w:eastAsia="ja-JP"/>
        </w:rPr>
        <w:t xml:space="preserve"> 総務係</w:t>
      </w:r>
      <w:r w:rsidR="00FF0A1E">
        <w:rPr>
          <w:b/>
          <w:bCs/>
          <w:sz w:val="18"/>
          <w:lang w:eastAsia="ja-JP"/>
        </w:rPr>
        <w:br/>
      </w:r>
      <w:r w:rsidR="00FF0A1E">
        <w:rPr>
          <w:rFonts w:hint="eastAsia"/>
          <w:b/>
          <w:bCs/>
          <w:sz w:val="18"/>
          <w:lang w:eastAsia="ja-JP"/>
        </w:rPr>
        <w:t xml:space="preserve">　　　　　</w:t>
      </w:r>
      <w:r w:rsidRPr="001D2051">
        <w:rPr>
          <w:sz w:val="18"/>
          <w:lang w:eastAsia="ja-JP"/>
        </w:rPr>
        <w:t>TEL：089-962-</w:t>
      </w:r>
      <w:r w:rsidRPr="001D2051">
        <w:rPr>
          <w:rFonts w:hint="eastAsia"/>
          <w:sz w:val="18"/>
          <w:lang w:eastAsia="ja-JP"/>
        </w:rPr>
        <w:t>4820</w:t>
      </w:r>
      <w:r w:rsidRPr="001D2051">
        <w:rPr>
          <w:sz w:val="18"/>
          <w:lang w:eastAsia="ja-JP"/>
        </w:rPr>
        <w:t xml:space="preserve"> / FAX：089-962-</w:t>
      </w:r>
      <w:r w:rsidRPr="001D2051">
        <w:rPr>
          <w:rFonts w:hint="eastAsia"/>
          <w:sz w:val="18"/>
          <w:lang w:eastAsia="ja-JP"/>
        </w:rPr>
        <w:t>7511</w:t>
      </w:r>
      <w:r w:rsidR="00FF0A1E">
        <w:rPr>
          <w:rFonts w:hint="eastAsia"/>
          <w:sz w:val="18"/>
          <w:lang w:eastAsia="ja-JP"/>
        </w:rPr>
        <w:t xml:space="preserve">　</w:t>
      </w:r>
      <w:r w:rsidR="003437D8" w:rsidRPr="001D2051">
        <w:rPr>
          <w:rFonts w:hint="eastAsia"/>
          <w:sz w:val="18"/>
          <w:lang w:eastAsia="ja-JP"/>
        </w:rPr>
        <w:t xml:space="preserve">　</w:t>
      </w:r>
      <w:r w:rsidRPr="001D2051">
        <w:rPr>
          <w:sz w:val="18"/>
          <w:lang w:eastAsia="ja-JP"/>
        </w:rPr>
        <w:t xml:space="preserve">Email: </w:t>
      </w:r>
      <w:r w:rsidR="00C40536" w:rsidRPr="00FF0A1E">
        <w:rPr>
          <w:sz w:val="18"/>
          <w:lang w:eastAsia="ja-JP"/>
        </w:rPr>
        <w:t>090kyoiku@town.tobe.ehime.jp</w:t>
      </w:r>
    </w:p>
    <w:sectPr w:rsidR="00C40536" w:rsidRPr="00C40536" w:rsidSect="00ED764C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6E700" w14:textId="77777777" w:rsidR="002737BB" w:rsidRDefault="002737BB">
      <w:pPr>
        <w:spacing w:after="0" w:line="240" w:lineRule="auto"/>
      </w:pPr>
      <w:r>
        <w:separator/>
      </w:r>
    </w:p>
  </w:endnote>
  <w:endnote w:type="continuationSeparator" w:id="0">
    <w:p w14:paraId="0341AA88" w14:textId="77777777" w:rsidR="002737BB" w:rsidRDefault="0027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4F8B5" w14:textId="77777777" w:rsidR="002737BB" w:rsidRDefault="002737BB">
      <w:pPr>
        <w:spacing w:after="0" w:line="240" w:lineRule="auto"/>
      </w:pPr>
      <w:r>
        <w:separator/>
      </w:r>
    </w:p>
  </w:footnote>
  <w:footnote w:type="continuationSeparator" w:id="0">
    <w:p w14:paraId="40FB8DE9" w14:textId="77777777" w:rsidR="002737BB" w:rsidRDefault="00273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1C6B82"/>
    <w:multiLevelType w:val="hybridMultilevel"/>
    <w:tmpl w:val="4B42B848"/>
    <w:lvl w:ilvl="0" w:tplc="710E9CF8">
      <w:start w:val="1"/>
      <w:numFmt w:val="decimalEnclosedParen"/>
      <w:lvlText w:val="%1"/>
      <w:lvlJc w:val="left"/>
      <w:pPr>
        <w:ind w:left="360" w:hanging="360"/>
      </w:pPr>
      <w:rPr>
        <w:rFonts w:hint="default"/>
        <w:b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9853620"/>
    <w:multiLevelType w:val="hybridMultilevel"/>
    <w:tmpl w:val="B908DF46"/>
    <w:lvl w:ilvl="0" w:tplc="D8666FDC">
      <w:start w:val="3"/>
      <w:numFmt w:val="bullet"/>
      <w:lvlText w:val="※"/>
      <w:lvlJc w:val="left"/>
      <w:pPr>
        <w:ind w:left="47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11" w15:restartNumberingAfterBreak="0">
    <w:nsid w:val="5B8972F0"/>
    <w:multiLevelType w:val="hybridMultilevel"/>
    <w:tmpl w:val="BD24AC9E"/>
    <w:lvl w:ilvl="0" w:tplc="C9C65CDC">
      <w:start w:val="1"/>
      <w:numFmt w:val="decimalEnclosedParen"/>
      <w:lvlText w:val="%1"/>
      <w:lvlJc w:val="left"/>
      <w:pPr>
        <w:ind w:left="360" w:hanging="360"/>
      </w:pPr>
      <w:rPr>
        <w:rFonts w:hint="default"/>
        <w:b/>
        <w:sz w:val="17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F893096"/>
    <w:multiLevelType w:val="multilevel"/>
    <w:tmpl w:val="331A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731852">
    <w:abstractNumId w:val="8"/>
  </w:num>
  <w:num w:numId="2" w16cid:durableId="148521771">
    <w:abstractNumId w:val="6"/>
  </w:num>
  <w:num w:numId="3" w16cid:durableId="1344825040">
    <w:abstractNumId w:val="5"/>
  </w:num>
  <w:num w:numId="4" w16cid:durableId="247539718">
    <w:abstractNumId w:val="4"/>
  </w:num>
  <w:num w:numId="5" w16cid:durableId="1775008647">
    <w:abstractNumId w:val="7"/>
  </w:num>
  <w:num w:numId="6" w16cid:durableId="1531332704">
    <w:abstractNumId w:val="3"/>
  </w:num>
  <w:num w:numId="7" w16cid:durableId="149372986">
    <w:abstractNumId w:val="2"/>
  </w:num>
  <w:num w:numId="8" w16cid:durableId="1202937644">
    <w:abstractNumId w:val="1"/>
  </w:num>
  <w:num w:numId="9" w16cid:durableId="1248883284">
    <w:abstractNumId w:val="0"/>
  </w:num>
  <w:num w:numId="10" w16cid:durableId="2034529932">
    <w:abstractNumId w:val="9"/>
  </w:num>
  <w:num w:numId="11" w16cid:durableId="642125823">
    <w:abstractNumId w:val="11"/>
  </w:num>
  <w:num w:numId="12" w16cid:durableId="1852067525">
    <w:abstractNumId w:val="12"/>
  </w:num>
  <w:num w:numId="13" w16cid:durableId="3969006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692A"/>
    <w:rsid w:val="000C4F21"/>
    <w:rsid w:val="00113CEA"/>
    <w:rsid w:val="0015074B"/>
    <w:rsid w:val="0017086B"/>
    <w:rsid w:val="001A4E28"/>
    <w:rsid w:val="001C6D45"/>
    <w:rsid w:val="001D2051"/>
    <w:rsid w:val="001D5F22"/>
    <w:rsid w:val="001F1723"/>
    <w:rsid w:val="001F1ECF"/>
    <w:rsid w:val="001F43BD"/>
    <w:rsid w:val="00227227"/>
    <w:rsid w:val="002440D5"/>
    <w:rsid w:val="002737BB"/>
    <w:rsid w:val="0027651A"/>
    <w:rsid w:val="0029639D"/>
    <w:rsid w:val="002B3DCC"/>
    <w:rsid w:val="0031690C"/>
    <w:rsid w:val="00326F90"/>
    <w:rsid w:val="003437D8"/>
    <w:rsid w:val="004F6881"/>
    <w:rsid w:val="00504235"/>
    <w:rsid w:val="005376A9"/>
    <w:rsid w:val="00583689"/>
    <w:rsid w:val="005C7B5A"/>
    <w:rsid w:val="00660890"/>
    <w:rsid w:val="00704A67"/>
    <w:rsid w:val="007919B4"/>
    <w:rsid w:val="008A0142"/>
    <w:rsid w:val="00A14688"/>
    <w:rsid w:val="00A81693"/>
    <w:rsid w:val="00AA1AC1"/>
    <w:rsid w:val="00AA1D8D"/>
    <w:rsid w:val="00AD2EB6"/>
    <w:rsid w:val="00B209D6"/>
    <w:rsid w:val="00B47730"/>
    <w:rsid w:val="00B66CD0"/>
    <w:rsid w:val="00C0008D"/>
    <w:rsid w:val="00C15430"/>
    <w:rsid w:val="00C37AE6"/>
    <w:rsid w:val="00C40536"/>
    <w:rsid w:val="00CB0664"/>
    <w:rsid w:val="00D700AA"/>
    <w:rsid w:val="00DF7069"/>
    <w:rsid w:val="00E35DD8"/>
    <w:rsid w:val="00E63D42"/>
    <w:rsid w:val="00ED764C"/>
    <w:rsid w:val="00F51BDF"/>
    <w:rsid w:val="00F64157"/>
    <w:rsid w:val="00F960BF"/>
    <w:rsid w:val="00FA0E68"/>
    <w:rsid w:val="00FA10C4"/>
    <w:rsid w:val="00FC693F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342A7D"/>
  <w14:defaultImageDpi w14:val="300"/>
  <w15:docId w15:val="{E2511644-F438-4410-BC24-4D3D835B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eastAsia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C40536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C40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溝田　達矢</cp:lastModifiedBy>
  <cp:revision>11</cp:revision>
  <cp:lastPrinted>2026-08-26T23:54:00Z</cp:lastPrinted>
  <dcterms:created xsi:type="dcterms:W3CDTF">2013-12-23T23:15:00Z</dcterms:created>
  <dcterms:modified xsi:type="dcterms:W3CDTF">2026-09-02T04:17:00Z</dcterms:modified>
  <cp:category/>
</cp:coreProperties>
</file>